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3年目 第15回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卒業：これからの自分への手紙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今の気持ちに近い言葉を4つまで選び、強さを0〜100の数字で書こう。線の上に印をつけてもいいよ。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高校生になる自分へ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卒業式の前の週。ソラは、高校生になる自分へ手紙を書きました。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「聞こえないのは、自分のせいじゃない。配慮（はいりょ）をお願いするのは、自分を守るやさしさ。うまくいかない日も、あなたは戻ってこられる。3年間、よくがんばったね。」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3年間で、いちばん大切にしたい言葉はどれ？ そう思う理由も書こう。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高校生になる自分へ、手紙を書こう。困ったときに読み返せるように。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3年間で身につけた言葉と方法は、これからもずっと使える。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聞こえないのは、自分のせいではない。配慮をお願いするのは、自分を守るやさしさ。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自分の味方になる方法は、もう自分の中にある。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卒業する自分に、最後の一言をかけよう。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例：3年間、自分の味方でいられたね。　／　これからも、自分の味方でいよう。　／　困ったら、この手紙を読もう。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020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