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第14回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卒業前に伝え合う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ありがとうと応援のカード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卒業前の、最後の難聴学級の集まり。1人ずつ、仲間への「ありがとう」と「応援」の言葉をカードに書きました。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後輩からソラへのカードには、こう書いてありました。「先輩の『自分のせいじゃない』って言葉、ずっと覚えています。」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ソラは、少し照れくさくて、でも、とてもうれしくなりました。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仲間への「ありがとう」と「応援」の言葉を書いて、伝えよう。（1人のときは、先生と言葉を交換しよう。）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もらった言葉を読んで、どう感じた？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自分の言葉は、仲間を助けてきた。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応援の言葉は、受け取っていい。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卒業していく自分（または仲間）に、一言かけよう。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例：ここで過ごした時間は、ずっと自分の味方。　／　新しい場所でも、大丈夫。　／　ありがとう。応援しているよ。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