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第13回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3年間の自分をふりかえる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ワークシートを並べて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ソラは、3年間のワークシートを机に並べました。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1年目の最初は「不安 80」とだけ書いていました。今は「緊張 60・わくわく 40・安心 20」のように、いくつもの気持ちを書いています。自分にかける一言も、少しずつ自分の言葉になっていました。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自己チェックの結果も、少しずつ変わっていました。「3年間、ちゃんと続けてきたんだな。」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3年間の「今の気持ち」や「自分にかける一言」をくらべて、変わったことを3つさがそう。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3年間で、いちばん「自分の味方になれた」と思う場面はどこ？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3年間、気持ちに気づき、整え、伝える練習を続けてきた。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変わったところも、変わらなかったところも、どちらも自分。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3年間続けてきた自分に、一言かけよう。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例：3年間、よく続けたね。　／　気持ちの言葉が、ずいぶん増えた。　／　変わらないところも、自分らしさ。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