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第12回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受験勉強とうまく付き合う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12月の模試（もし）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12月。模試の結果が、前より下がっていました。友だちは「上がった！」と喜んでいます。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「みんなはできているのに、自分だけだめだ。もっと寝ないで勉強しなきゃ。」英語のリスニングの練習は、特につらく感じます。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夜おそく、つかれて机でうとうとしてしまい、ソラはまた自分を責めました。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ソラの「責める声」を見つけて、コーチの声に言いかえよう。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勉強の合間に、ほっとすること（休み方）を1つ決めよう。そして、次の1週間の小さな作戦を1つ書こう。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成績が上がらない時期があるのは、めずらしいことではない。行ったり来たりしながら進む。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くらべるのは、友だちではなく、前の自分。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休むことも作戦のうち。つかれは、休むサイン。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リスニングが聞き取りにくいのは、自分のせいではない。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受験勉強をがんばる自分に、一言かけよう。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例：下がる日もある。また上がる日もある。　／　前の自分より、できていることがある。　／　今日は休もう。それも作戦。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