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第11回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高校で自分のことを伝える準備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学校説明会のあとで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高校の学校説明会のあと、ソラは考えました。「高校に入ったら、新しい先生たちに、聞こえのことをどう伝えよう。」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ソラは、自分の聞こえと、してほしいことを短くまとめたカードを作ることにしました。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でも、「伝えても、分かってもらえなかったらどうしよう」とも思いました。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ソラが伝えたいことを、「自分の聞こえ」「そのときの気持ち」「してほしいこと」の3つにまとめるとしたら、どうなるだろう？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もし分かってもらえなかったら、自分にどんな言葉をかける？ コーチの声で書こう。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新しい場所では、自分のことを短く伝える準備が役に立つ。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分かってもらえない日があっても、自分の価値は変わらない。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伝える前に不安になるのは、自然なこと。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新しい場所に向かう自分に、一言かけよう。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例：短く、1つずつ伝えればいい。　／　分かってもらえなくても、自分の価値は変わらない。　／　伝えるのは、自分を守るやさしさ。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