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第10回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後輩に伝えたい「自分の味方ノート」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後輩へのメッセージ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卒業まであと数か月。ソラは、後輩に向けて、自分の味方ノートの中から、いちばん役に立った言葉を選ぶことにしました。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「聞こえないのは、自分のせいじゃない。」「足の裏と椅子（いす）の感じを確かめる。」「気持ち＋強さ＋してほしいこと。」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「どれにしよう。どれも、自分を助けてくれた言葉だな。」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これまでのノートから、後輩に伝えたい言葉を1つ選んで、選んだ理由といっしょに書こう。見せてもいいところだけでいいよ。（1人のときは、1年目の自分に伝えるつもりで書こう。）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ほかの人（仲間・先輩・先生）が選んだ言葉を知って、どう思った？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自分を助けてくれた言葉は、だれかを助ける言葉にもなる。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人に伝えると、自分の中でも言葉が強くなる。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言葉を伝えた自分に、一言かけよう。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例：自分の言葉が、だれかの役に立つ。　／　3年間で、たくさんの言葉を手に入れた。　／　伝えられた。それで十分。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