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第6回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進路を選ぶ：自分に必要なものは？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2つの高校</w:t>
      </w:r>
    </w:p>
    <w:p>
      <w:pPr>
        <w:spacing w:before="0" w:after="60" w:line="36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夏休み、ソラは2つの高校の見学に行きました。</w:t>
      </w:r>
    </w:p>
    <w:p>
      <w:pPr>
        <w:spacing w:before="0" w:after="60" w:line="36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A高校は家から近く、やってみたい部活があり、友だちも多く受験します。説明会では「配慮（はいりょ）が必要なときは相談してください」と言われました。B高校は少し遠いけれど、聞こえにくい生徒への支援の体制があり、授業の資料が文字で配られ、相談できる先生もいるそうです。ただ、知っている人はほとんどいません。</w:t>
      </w:r>
    </w:p>
    <w:p>
      <w:pPr>
        <w:spacing w:before="0" w:after="60" w:line="36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家族は「近いと、通うのが楽だね」と言います。ソラは迷っています。「自分に本当に必要なものって、何だろう。」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ソラが迷っているのは、どんな気持ちとどんな気持ちの間だろう？ 気持ちに名前と数字をつけてみよう。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「今の自分に何が必要？」と自分に聞いて、進路を選ぶときに大切にしたいことを書き出そう（やりたいこと・聞こえの支援・通いやすさ・人間関係 など）。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「やりたいこと」も「自分に必要な支援」も、どちらも大事な条件。どの学校でも、配慮をお願いすることはできる。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自分に合う環境を選ぶことは、自分を守るやさしさ。どの道を選んでも、自分に必要なものを考えて選べばいい。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迷うのは、真剣に考えているしるし。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進路に迷っている自分に、一言かけよう。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例：迷うのは、真剣だから。　／　自分に必要なものを、大事にしていい。　／　ひとりで決めなくていい。相談しよう。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