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第5回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お願いできた話・できなかった話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3回目のお願い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難聴学級の集まりで、先輩が話してくれました。「先生にお願いできたのは、3回目だったよ。1回目と2回目は、どうしても言えなかった。」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「言えなかったときは、自分が情けなかった。でも、言えなかった日があったから、3回目に言えたんだと思う。」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ソラは思いました。「言えなかった日も、ちゃんと一歩だったんだ。」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お願いできた話か、できなかった話を1つ書こう。見せてもいいところだけでいいよ。（1人のときは、先輩の話と自分の話をくらべよう。）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ほかの人（仲間・先輩・先生）の話を知って、どう思った？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お願いできた日も、できなかった日も、どちらも大事な一歩。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言えなかった自分を責めなくていい。また次がある。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言えなかった日の自分にも、一言かけよう。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例：言えなかった日も、一歩だった。　／　次は言えるかもしれない。　／　できた日の自分、よくがんばった。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