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第3回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自分を守るって、どういうこと？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合唱の練習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合唱コンクールの練習。ソラは音楽室のいちばん後ろの列で、伴奏（ばんそう）やまわりの声が聞き取りにくく、音程（おんてい）が分からなくて困っていました。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パートリーダーに「もっと声を出して！」と言われ、ソラは「聞こえにくいから、前の列で練習したい」と言いかけて、やめました。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家に帰って、ソラは思いました。「自分ががまんすればいいんだ。」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「自分ががまんすればいい」という考えは、ソラを守っているだろうか？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自分の困りごとを放っておかないために、ソラにできることは何だろう？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自分を守るとは、自分の困りごとを放っておかないこと。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がまんしすぎると、心も体もすりへってしまう。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「困っている」「いやだ」と感じていい。それを伝えていい。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がまんしそうな自分に、一言かけよう。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例：困っていることを、放っておかない。　／　がまんだけが、方法じゃない。　／　伝えてもいい。それは自分を守ること。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