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第1回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コーチからの手紙を読み返す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1年前のコーチから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3年目の5月。部活の最後の大会と、これからの進路のことで、ソラの頭の中はいっぱいです。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ソラは、2年目の最後に書いた手紙を読み返しました。「3年目も、足の裏と椅子（いす）の感じを確かめて、『気持ち＋強さ＋してほしいこと』で伝えよう。応援しているよ。」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「よし、3年目もやってみよう。」ソラは、手紙を大事にファイルにもどしました。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1年前の自分（コーチ）からの手紙を読んで、心に残った言葉はどれ？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3年目のはじめの今、どんな気持ちがある？ 楽しみなこと、不安なことを書いて、3年目に大切にしたいことも1つ書こう。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2年間で身につけた方法と言葉は、3年目も使える。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3年目は、自分を守るやさしさを使って、うまくいかない日も戻ってこられる心を育てていく。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3年目のスタートの自分に、一言かけよう。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例：2年間の自分が、味方してくれている。　／　3年目も、自分の味方でいよう。　／　不安があっても、一歩ずつ。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