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6350"/>
          </w:tcPr>
          <w:p>
            <w:r>
              <w:rPr>
                <w:rFonts w:ascii="BIZ UDPGothic" w:hAnsi="BIZ UDPGothic" w:eastAsia="BIZ UDPGothic"/>
                <w:b/>
                <w:color w:val="1F7A6B"/>
                <w:sz w:val="18"/>
              </w:rPr>
              <w:t>自分の味方ノート　2年目 第15回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32"/>
              </w:rPr>
              <w:t>2年目のまとめ：コーチからの手紙</w:t>
            </w:r>
          </w:p>
        </w:tc>
        <w:tc>
          <w:tcPr>
            <w:tcW w:type="dxa" w:w="3515"/>
          </w:tcPr>
          <w:p>
            <w:pPr>
              <w:jc w:val="right"/>
            </w:pPr>
            <w:r>
              <w:rPr>
                <w:rFonts w:ascii="BIZ UDPGothic" w:hAnsi="BIZ UDPGothic" w:eastAsia="BIZ UDPGothic"/>
                <w:b w:val="0"/>
                <w:color w:val="23305A"/>
                <w:sz w:val="21"/>
              </w:rPr>
              <w:t xml:space="preserve">　　月　　日</w:t>
            </w:r>
          </w:p>
          <w:p>
            <w:pPr>
              <w:spacing w:before="120"/>
              <w:jc w:val="right"/>
            </w:pPr>
            <w:r>
              <w:rPr>
                <w:rFonts w:ascii="BIZ UDPGothic" w:hAnsi="BIZ UDPGothic" w:eastAsia="BIZ UDPGothic"/>
                <w:b w:val="0"/>
                <w:color w:val="23305A"/>
                <w:sz w:val="21"/>
              </w:rPr>
              <w:t>名前　＿＿＿＿＿＿＿＿＿＿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1　</w:t>
      </w:r>
      <w:r>
        <w:rPr>
          <w:rFonts w:ascii="BIZ UDPGothic" w:hAnsi="BIZ UDPGothic" w:eastAsia="BIZ UDPGothic"/>
          <w:b/>
          <w:color w:val="23305A"/>
          <w:sz w:val="26"/>
        </w:rPr>
        <w:t>今の気持ち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今の気持ちに近い言葉を4つまで選び、強さを0〜100の数字で書こう。線の上に印をつけてもいいよ。</w:t>
      </w:r>
    </w:p>
    <w:p>
      <w:pPr>
        <w:spacing w:before="0" w:after="80"/>
      </w:pPr>
      <w:r>
        <w:rPr>
          <w:rFonts w:ascii="BIZ UDPGothic" w:hAnsi="BIZ UDPGothic" w:eastAsia="BIZ UDPGothic"/>
          <w:b w:val="0"/>
          <w:color w:val="4A5677"/>
          <w:sz w:val="17"/>
        </w:rPr>
        <w:t>気持ちの言葉の例：うれしい・ほっとした・楽しい・かなしい・イライラ・不安・こわい・はずかしい・つかれた・ドキドキ・もやもや・気まずい・くやしい・あせる・さびしい・がっかり・置いていかれた感じ・申しわけない・落ちついている・すっきり・わくわく・安心・ぼんやり・緊張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3289"/>
        <w:gridCol w:w="3289"/>
        <w:gridCol w:w="3289"/>
      </w:tblGrid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2　</w:t>
      </w:r>
      <w:r>
        <w:rPr>
          <w:rFonts w:ascii="BIZ UDPGothic" w:hAnsi="BIZ UDPGothic" w:eastAsia="BIZ UDPGothic"/>
          <w:b/>
          <w:color w:val="23305A"/>
          <w:sz w:val="26"/>
        </w:rPr>
        <w:t>今日の場面</w:t>
      </w:r>
    </w:p>
    <w:p>
      <w:pPr>
        <w:spacing w:before="0" w:after="40"/>
      </w:pPr>
      <w:r>
        <w:rPr>
          <w:rFonts w:ascii="BIZ UDPGothic" w:hAnsi="BIZ UDPGothic" w:eastAsia="BIZ UDPGothic"/>
          <w:b/>
          <w:color w:val="1F7A6B"/>
          <w:sz w:val="23"/>
        </w:rPr>
        <w:t>コーチからの手紙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ソラは、自分の中のコーチになったつもりで、自分に手紙を書くことにしました。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「ソラへ。この1年、落ちつく方法を見つけたね。お願いが忘れられた日も、もう一度言えたね。3年目も、足の裏と椅子（いす）の感じを確かめて、『気持ち＋強さ＋してほしいこと』で伝えよう。聞こえないのは、ソラのせいじゃない。応援しているよ。」</w:t>
      </w:r>
    </w:p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3　</w:t>
      </w:r>
      <w:r>
        <w:rPr>
          <w:rFonts w:ascii="BIZ UDPGothic" w:hAnsi="BIZ UDPGothic" w:eastAsia="BIZ UDPGothic"/>
          <w:b/>
          <w:color w:val="23305A"/>
          <w:sz w:val="26"/>
        </w:rPr>
        <w:t>考える</w:t>
      </w:r>
    </w:p>
    <w:p>
      <w:pPr>
        <w:spacing w:before="120" w:after="40"/>
      </w:pPr>
      <w:r>
        <w:rPr>
          <w:rFonts w:ascii="BIZ UDPGothic" w:hAnsi="BIZ UDPGothic" w:eastAsia="BIZ UDPGothic"/>
          <w:b/>
          <w:color w:val="1F7A6B"/>
          <w:sz w:val="22"/>
        </w:rPr>
        <w:t xml:space="preserve">問1　</w:t>
      </w:r>
      <w:r>
        <w:rPr>
          <w:rFonts w:ascii="BIZ UDPGothic" w:hAnsi="BIZ UDPGothic" w:eastAsia="BIZ UDPGothic"/>
          <w:b w:val="0"/>
          <w:color w:val="23305A"/>
          <w:sz w:val="22"/>
        </w:rPr>
        <w:t>2年目で、いちばん役に立った方法や言葉はどれ？ そう思う理由も書こう。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p>
      <w:r>
        <w:br w:type="page"/>
      </w:r>
    </w:p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3　</w:t>
      </w:r>
      <w:r>
        <w:rPr>
          <w:rFonts w:ascii="BIZ UDPGothic" w:hAnsi="BIZ UDPGothic" w:eastAsia="BIZ UDPGothic"/>
          <w:b/>
          <w:color w:val="23305A"/>
          <w:sz w:val="26"/>
        </w:rPr>
        <w:t>考える（つづき）</w:t>
      </w:r>
    </w:p>
    <w:p>
      <w:pPr>
        <w:spacing w:before="120" w:after="40"/>
      </w:pPr>
      <w:r>
        <w:rPr>
          <w:rFonts w:ascii="BIZ UDPGothic" w:hAnsi="BIZ UDPGothic" w:eastAsia="BIZ UDPGothic"/>
          <w:b/>
          <w:color w:val="1F7A6B"/>
          <w:sz w:val="22"/>
        </w:rPr>
        <w:t xml:space="preserve">問2　</w:t>
      </w:r>
      <w:r>
        <w:rPr>
          <w:rFonts w:ascii="BIZ UDPGothic" w:hAnsi="BIZ UDPGothic" w:eastAsia="BIZ UDPGothic"/>
          <w:b w:val="0"/>
          <w:color w:val="23305A"/>
          <w:sz w:val="22"/>
        </w:rPr>
        <w:t>自分の中のコーチになったつもりで、自分へ手紙を書こう。3年目の自分が読み返せるように。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8" w:color="1F7A6B"/>
          <w:left w:val="single" w:sz="8" w:color="1F7A6B"/>
          <w:bottom w:val="single" w:sz="8" w:color="1F7A6B"/>
          <w:right w:val="single" w:sz="8" w:color="1F7A6B"/>
          <w:insideH w:val="single" w:sz="8" w:color="1F7A6B"/>
          <w:insideV w:val="single" w:sz="8" w:color="1F7A6B"/>
        </w:tblBorders>
      </w:tblPr>
      <w:tblGrid>
        <w:gridCol w:w="9866"/>
      </w:tblGrid>
      <w:tr>
        <w:tc>
          <w:tcPr>
            <w:tcW w:type="dxa" w:w="9865"/>
            <w:shd w:val="clear" w:color="auto" w:fill="E3F1EE"/>
          </w:tcPr>
          <w:p>
            <w:r>
              <w:rPr>
                <w:rFonts w:ascii="BIZ UDPGothic" w:hAnsi="BIZ UDPGothic" w:eastAsia="BIZ UDPGothic"/>
                <w:b/>
                <w:color w:val="1F7A6B"/>
                <w:sz w:val="19"/>
              </w:rPr>
              <w:t>今日の大事なこと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2年目は、気持ちを整える方法と、気持ちを伝える言葉を身につけた。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応援するコーチの声は、自分でいつでも呼び出せる。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聞こえないのは、自分のせいではない。3年目も、この手紙を読み返そう。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4　</w:t>
      </w:r>
      <w:r>
        <w:rPr>
          <w:rFonts w:ascii="BIZ UDPGothic" w:hAnsi="BIZ UDPGothic" w:eastAsia="BIZ UDPGothic"/>
          <w:b/>
          <w:color w:val="23305A"/>
          <w:sz w:val="26"/>
        </w:rPr>
        <w:t>自分にかける一言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1"/>
        </w:rPr>
        <w:t>2年目を終える自分に、最後の一言をかけよう。</w:t>
      </w:r>
    </w:p>
    <w:p>
      <w:pPr>
        <w:spacing w:before="0" w:after="80"/>
      </w:pPr>
      <w:r>
        <w:rPr>
          <w:rFonts w:ascii="BIZ UDPGothic" w:hAnsi="BIZ UDPGothic" w:eastAsia="BIZ UDPGothic"/>
          <w:b w:val="0"/>
          <w:color w:val="4A5677"/>
          <w:sz w:val="18"/>
        </w:rPr>
        <w:t>例：2年間、よく続けたね。　／　3年目も、コーチがついている。　／　困ったら、この手紙を読もう。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12" w:color="1F7A6B"/>
          <w:left w:val="single" w:sz="12" w:color="1F7A6B"/>
          <w:bottom w:val="single" w:sz="12" w:color="1F7A6B"/>
          <w:right w:val="single" w:sz="12" w:color="1F7A6B"/>
          <w:insideH w:val="single" w:sz="12" w:color="1F7A6B"/>
          <w:insideV w:val="single" w:sz="12" w:color="1F7A6B"/>
        </w:tblBorders>
      </w:tblPr>
      <w:tblGrid>
        <w:gridCol w:w="9866"/>
      </w:tblGrid>
      <w:tr>
        <w:trPr>
          <w:trHeight w:val="1020" w:hRule="atLeast"/>
        </w:trPr>
        <w:tc>
          <w:tcPr>
            <w:tcW w:type="dxa" w:w="9865"/>
          </w:tcPr>
          <w:p/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5　</w:t>
      </w:r>
      <w:r>
        <w:rPr>
          <w:rFonts w:ascii="BIZ UDPGothic" w:hAnsi="BIZ UDPGothic" w:eastAsia="BIZ UDPGothic"/>
          <w:b/>
          <w:color w:val="23305A"/>
          <w:sz w:val="26"/>
        </w:rPr>
        <w:t>ふりかえり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終わりの今の気持ち。最初とくらべて、気持ちや数字は変わったかな。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3289"/>
        <w:gridCol w:w="3289"/>
        <w:gridCol w:w="3289"/>
      </w:tblGrid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</w:tbl>
    <w:p>
      <w:pPr>
        <w:spacing w:before="160" w:after="40"/>
        <w:jc w:val="center"/>
      </w:pPr>
      <w:r>
        <w:rPr>
          <w:rFonts w:ascii="BIZ UDPGothic" w:hAnsi="BIZ UDPGothic" w:eastAsia="BIZ UDPGothic"/>
          <w:b/>
          <w:color w:val="4A5677"/>
          <w:sz w:val="18"/>
        </w:rPr>
        <w:t>聞こえないのは、自分のせいではない。　配慮をお願いするのは、自分を守るやさしさ。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BIZ UDPGothic" w:hAnsi="BIZ UDPGothic" w:eastAsia="BIZ UDP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