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2年目 第12回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うまくいかなかったお願いのあとで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忘れられたお願い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2学期のはじめ、ソラは数学の先生に「前を向いて話してほしい」とお願いしました。先生は「分かった」と言ってくれました。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でも12月になると、先生はまた黒板のほうを向いたまま話すことが増えました。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「やっぱり、お願いしてもむだなんだ。言ったのに守ってもらえないのは、自分の言い方が悪かったのかな。」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お願いが忘れられたのは、ソラのせい？ 先生はどうして忘れてしまったのだろう？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このときのソラに、コーチの声で言葉をかけよう。そして、もう一度お願いするなら、どんな方法がある？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お願いが忘れられることは、よくある。それは、ソラのせいではない。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1回でうまくいかなくても、またお願いしていい。何度お願いしてもいい。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うまくいかなかった日に自分を責めず、もう一度立ち上がる力を「レジリエンス」という。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お願いがうまくいかなかった日の自分に、一言かけよう。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例：忘れられても、自分のせいじゃない。　／　もう一度、言ってみよう。　／　1回で終わりじゃない。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