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第11回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気持ちを伝える言葉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理科室で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理科の実験で、班の人たちが同時に話していて、ソラは手順が分かりませんでした。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前のソラなら、だまっていたかもしれません。でも今日は、気持ちを言葉にしてみました。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「今、ちょっと不安。たぶん70くらい。手順を、紙に書いてもらえるとうれしい。」班の人は「いいよ」と、すぐに書いてくれました。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ソラの伝え方を、「気持ち」「強さ」「してほしいこと」の3つに分けてみよう。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自分がよく困る場面を1つ選んで、「気持ち＋強さ＋してほしいこと」の形で、伝える文を作ってみよう。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気持ちは「気持ち＋強さ＋してほしいこと」で伝えると、相手に分かりやすい。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気持ちを伝えることは、必要な配慮（はいりょ）を伝えることにつながる。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手順が分からなかったのは、何人も同時に話していたから。自分のせいではない。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気持ちを伝えようとした自分に、一言かけよう。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例：気持ちを言葉にできた。　／　伝えたら、助けてもらえることがある。　／　言えなくても、また次がある。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