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第8回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「こうあるべき」と戦わない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補聴器（ほちょうき）の電池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授業の途中で、ソラの補聴器（ほちょうき）の電池が切れそうになりました。先生の声が、とぎれとぎれにしか聞き取れません。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「ちゃんと聞かなきゃいけないのに。こんなことで困るなんて、だめだ。」ソラは、聞こえているふりをして、がまんし続けました。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授業が終わるころには、ソラはぐったりして、授業の内容もほとんど分かりませんでした。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ソラの心の中の「〜なきゃいけない」「だめだ」をさがそう。その考えは、ソラを楽にした？ 苦しくした？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「今は聞こえにくい。それはしかたない」と受け止めたら、ソラはどんなことができただろう？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「こうあるべき」と戦うほど、苦しさは大きくなる。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「今はこうなんだ」と受け止めると、できることが見えてくる。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聞こえにくいのは、自分のせいではない。がまんしなくていい。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「こうあるべき」と戦っている自分に、一言かけよう。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例：今は聞こえにくい。それはしかたない。　／　がまんしなくていい。　／　できることを1つやってみよう。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