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第5回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わたしの安心のしかた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先輩の方法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難聴学級の集まりで、先輩が言いました。「テストの前は、足の裏を感じてから、手をグーパーしてるよ。」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別の先輩は「つかれた日は、窓の外の遠くの景色をしばらく見るんだ」と言いました。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ソラは「人によって、方法がちがうんだ。ほかの方法も試してみたいな」と思いました。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自分が落ちつくための方法を1つ紹介しよう。見せてもいいところだけでいいよ。（1人のときは、先輩の方法と自分の方法をくらべよう。）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ほかの人（仲間・先輩・先生）の方法で、試してみたいものはある？ 実際に1つ試してみよう。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落ちつく方法は、人によってちがう。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人の方法を試すと、自分に合う方法が増える。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落ちつく方法が増えた自分に、一言かけよう。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例：自分に合う方法がある。　／　試してみるのも、自分の味方になること。　／　方法がいくつもあると安心。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