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第1回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1年目の手紙を読み返す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1年前の自分から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新しい学年が始まって1か月。クラスがえで、ソラのまわりには、まだよく知らない人が増えました。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難聴学級で、ソラは1年前に書いた手紙を読み返しました。「聞こえなかったときは、思い出してね。聞こえないのは、自分のせいじゃない。」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「そうだった。」ソラは、少し肩の力がぬけました。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1年前の自分からの手紙を読んで、心に残った言葉はどれ？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2年目のはじめの今、どんな気持ちがある？ 不安なこと、楽しみなことの両方を書いてみよう。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1年目に覚えた言葉は、2年目も使える。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2年目は、気持ちを「整える」方法を増やし、身につけた言葉を、気持ちを人に伝えることにも「使って」いく。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2年目のスタートの自分に、一言かけよう。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例：去年の自分が、味方してくれている。　／　知らない人が多くても、大丈夫。　／　2年目も、自分の味方でいよう。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