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第13回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自分を守るやさしさって何？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新しい先生の授業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3学期から、理科の先生が新しい先生に替わりました。新しい先生は、黒板のほうを向いたまま説明することが多く、ソラは口元が見えなくて困っていました。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「こっちを向いて話してくださいって言ったら、わがままだと思われるかな。」ソラは、なかなか言い出せません。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帰り道、ソラは、前にノートに書いた言葉を思い出しました。「配慮（はいりょ）をお願いするのは、自分を守るやさしさ。」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「わがまま」と「配慮のお願い」は、どうちがうと思う？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お願いするのをためらっているソラに、どんな言葉をかけてあげたい？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わがままは、自分だけが得をしようとすること。配慮のお願いは、みんなと同じように学ぶための調整。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配慮をお願いするのは、わがままではなく、自分を守るやさしさ。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お願いのしかたは、セルフアドボカシーの時間に練習できる。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お願いをためらう自分に、一言かけよう。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例：お願いするのは、わがままじゃない。　／　自分を守るのも、やさしさ。　／　言えなかった日も、また次がある。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