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1年目 第12回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自分にかける一言をつくる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今の気持ちに近い言葉を3つまで選び、強さを0〜100の数字で書こう。線の上に印をつけてもいいよ。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ワークシートを見返す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ソラは、これまでのワークシートを見返しました。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「気持ちに気づけた。それで十分。」「速かったんだから、しかたないよ。」「つかれるのは、がんばった証拠（しょうこ）。」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「どれが、いちばん自分に合っているかな。」ソラは、困ったときにすぐ思い出せる、自分だけの合言葉を決めることにしました。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これまでのワークシートの「自分にかける一言」を見返して、気に入っているものを書き出そう。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それをもとに、自分の「合言葉」を1つ作ろう。短く、覚えやすく。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自分に合う言葉は、人によってちがう。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合言葉があると、つらいときにすぐ自分の味方になれる。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今日決めた合言葉を、大きく書こう。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例：聞こえないのは、自分のせいじゃない。　／　今日はよくがんばった。　／　大丈夫。また次がある。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361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907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