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第11回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気持ちの言葉を増やす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今の気持ちに近い言葉を3つまで選び、強さを0〜100の数字で書こう。線の上に印をつけてもいいよ。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「いやだった」の中身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昼休み、友だちの会話に入れなかったソラ。先生に「どうだった？」と聞かれて、「いやだった」としか言えませんでした。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先生に「くわしく言うと、どんな感じ？」と聞かれ、気持ちの言葉の一覧を見てみました。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「さびしい」「置いていかれた感じ」「気まずい」……。いくつもの言葉が、少しずつあてはまりました。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ソラの「いやだった」をくわしくすると、どんな言葉になる？ 気持ちの言葉の一覧から3つさがそう。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細かい言葉で言えると、ソラの気持ちは、先生や友だちにどう伝わりやすくなるだろう？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「いやだった」の中には、いろいろな気持ちがかくれている。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細かい言葉で言えると、自分の気持ちが分かり、人にも伝えやすくなる。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今日見つけた気持ちの言葉を使って、自分に一言かけよう。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例：さびしかったんだね。そう思っていい。　／　置いていかれた感じがしたんだ。言葉にできた。　／　言葉が見つかると、少し楽になる。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36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907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