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第10回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困った場面を持ち寄る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今の気持ちに近い言葉を2つまで選び、強さを0〜100の数字で書こう。線の上に印をつけてもいいよ。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3つの場面カード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場面A　全校集会。体育館のマイクの声がひびいて、校長先生の話がほとんど聞き取れない。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場面B　調理実習。同じ班の人がみんなマスクをしていて、だれが何を言っているのか分からない。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場面C　昼休み。友だちのグループが急に笑い出したけれど、何がおもしろかったのか分からない。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3つの場面から1つ選んで、聞き取りにくくしている「まわりの条件（じょうけん）」をさがそう。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その場面にいるソラに、かける言葉を考えよう。お願いできそうなことも考えよう。（1人のときは、先生と1つずつ考えよう。）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困った場面は、みんなで考えるとヒントが増える。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まわりの条件を見つけて、やさしい言葉をかける。これは、ここまでの学びのまとめ。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今日、みんなで考えたことから、自分への一言を作ろう。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例：困ったときは、条件をさがせばいい。　／　1人で考えなくていい。　／　お願いしてもいいんだ。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70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