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33"/>
        <w:gridCol w:w="4933"/>
      </w:tblGrid>
      <w:tr>
        <w:tc>
          <w:tcPr>
            <w:tcW w:type="dxa" w:w="6350"/>
          </w:tcPr>
          <w:p>
            <w:r>
              <w:rPr>
                <w:rFonts w:ascii="BIZ UDPGothic" w:hAnsi="BIZ UDPGothic" w:eastAsia="BIZ UDPGothic"/>
                <w:b/>
                <w:color w:val="1F7A6B"/>
                <w:sz w:val="18"/>
              </w:rPr>
              <w:t>自分の味方ノート　1年目 第9回</w:t>
            </w:r>
          </w:p>
          <w:p>
            <w:r>
              <w:rPr>
                <w:rFonts w:ascii="BIZ UDPGothic" w:hAnsi="BIZ UDPGothic" w:eastAsia="BIZ UDPGothic"/>
                <w:b/>
                <w:color w:val="23305A"/>
                <w:sz w:val="32"/>
              </w:rPr>
              <w:t>ほっとできることを集める</w:t>
            </w:r>
          </w:p>
        </w:tc>
        <w:tc>
          <w:tcPr>
            <w:tcW w:type="dxa" w:w="3515"/>
          </w:tcPr>
          <w:p>
            <w:pPr>
              <w:jc w:val="right"/>
            </w:pPr>
            <w:r>
              <w:rPr>
                <w:rFonts w:ascii="BIZ UDPGothic" w:hAnsi="BIZ UDPGothic" w:eastAsia="BIZ UDPGothic"/>
                <w:b w:val="0"/>
                <w:color w:val="23305A"/>
                <w:sz w:val="21"/>
              </w:rPr>
              <w:t xml:space="preserve">　　月　　日</w:t>
            </w:r>
          </w:p>
          <w:p>
            <w:pPr>
              <w:spacing w:before="120"/>
              <w:jc w:val="right"/>
            </w:pPr>
            <w:r>
              <w:rPr>
                <w:rFonts w:ascii="BIZ UDPGothic" w:hAnsi="BIZ UDPGothic" w:eastAsia="BIZ UDPGothic"/>
                <w:b w:val="0"/>
                <w:color w:val="23305A"/>
                <w:sz w:val="21"/>
              </w:rPr>
              <w:t>名前　＿＿＿＿＿＿＿＿＿＿</w:t>
            </w:r>
          </w:p>
        </w:tc>
      </w:tr>
    </w:tbl>
    <w:p>
      <w:pPr>
        <w:spacing w:before="160" w:after="60"/>
        <w:pBdr>
          <w:bottom w:val="single" w:sz="8" w:space="1" w:color="1F7A6B"/>
        </w:pBdr>
      </w:pPr>
      <w:r>
        <w:rPr>
          <w:rFonts w:ascii="BIZ UDPGothic" w:hAnsi="BIZ UDPGothic" w:eastAsia="BIZ UDPGothic"/>
          <w:b/>
          <w:color w:val="1F7A6B"/>
          <w:sz w:val="26"/>
        </w:rPr>
        <w:t xml:space="preserve">1　</w:t>
      </w:r>
      <w:r>
        <w:rPr>
          <w:rFonts w:ascii="BIZ UDPGothic" w:hAnsi="BIZ UDPGothic" w:eastAsia="BIZ UDPGothic"/>
          <w:b/>
          <w:color w:val="23305A"/>
          <w:sz w:val="26"/>
        </w:rPr>
        <w:t>今の気持ち</w:t>
      </w:r>
    </w:p>
    <w:p>
      <w:pPr>
        <w:spacing w:before="0" w:after="40"/>
      </w:pPr>
      <w:r>
        <w:rPr>
          <w:rFonts w:ascii="BIZ UDPGothic" w:hAnsi="BIZ UDPGothic" w:eastAsia="BIZ UDPGothic"/>
          <w:b w:val="0"/>
          <w:color w:val="23305A"/>
          <w:sz w:val="20"/>
        </w:rPr>
        <w:t>今の気持ちに近い言葉を3つまで選び、強さを0〜100の数字で書こう。線の上に印をつけてもいいよ。</w:t>
      </w:r>
    </w:p>
    <w:p>
      <w:pPr>
        <w:spacing w:before="0" w:after="80"/>
      </w:pPr>
      <w:r>
        <w:rPr>
          <w:rFonts w:ascii="BIZ UDPGothic" w:hAnsi="BIZ UDPGothic" w:eastAsia="BIZ UDPGothic"/>
          <w:b w:val="0"/>
          <w:color w:val="4A5677"/>
          <w:sz w:val="17"/>
        </w:rPr>
        <w:t>気持ちの言葉の例：うれしい・ほっとした・楽しい・かなしい・イライラ・不安・こわい・はずかしい・つかれた・ドキドキ・もやもや・気まずい・くやしい・あせる・さびしい・がっかり・置いていかれた感じ・申しわけない・落ちついている・すっきり・わくわく・安心・ぼんやり・緊張</w:t>
      </w:r>
    </w:p>
    <w:tbl>
      <w:tblPr>
        <w:tblW w:type="auto" w:w="0"/>
        <w:jc w:val="center"/>
        <w:tblLook w:firstColumn="1" w:firstRow="1" w:lastColumn="0" w:lastRow="0" w:noHBand="0" w:noVBand="1" w:val="04A0"/>
        <w:tblBorders>
          <w:top w:val="single" w:sz="6" w:color="9AA6BD"/>
          <w:left w:val="single" w:sz="6" w:color="9AA6BD"/>
          <w:bottom w:val="single" w:sz="6" w:color="9AA6BD"/>
          <w:right w:val="single" w:sz="6" w:color="9AA6BD"/>
          <w:insideH w:val="single" w:sz="6" w:color="9AA6BD"/>
          <w:insideV w:val="single" w:sz="6" w:color="9AA6BD"/>
        </w:tblBorders>
      </w:tblPr>
      <w:tblGrid>
        <w:gridCol w:w="3289"/>
        <w:gridCol w:w="3289"/>
        <w:gridCol w:w="3289"/>
      </w:tblGrid>
      <w:tr>
        <w:trPr>
          <w:trHeight w:val="794" w:hRule="atLeast"/>
        </w:trPr>
        <w:tc>
          <w:tcPr>
            <w:tcW w:type="dxa" w:w="2948"/>
          </w:tcPr>
          <w:p>
            <w:r>
              <w:rPr>
                <w:rFonts w:ascii="BIZ UDPGothic" w:hAnsi="BIZ UDPGothic" w:eastAsia="BIZ UDPGothic"/>
                <w:b w:val="0"/>
                <w:color w:val="4A5677"/>
                <w:sz w:val="17"/>
              </w:rPr>
              <w:t>気持ち</w:t>
            </w:r>
          </w:p>
        </w:tc>
        <w:tc>
          <w:tcPr>
            <w:tcW w:type="dxa" w:w="5216"/>
          </w:tcPr>
          <w:p>
            <w:pPr>
              <w:spacing w:before="160"/>
            </w:pPr>
            <w:r>
              <w:rPr>
                <w:rFonts w:ascii="BIZ UDPGothic" w:hAnsi="BIZ UDPGothic" w:eastAsia="BIZ UDPGothic"/>
                <w:b w:val="0"/>
                <w:color w:val="4A5677"/>
                <w:sz w:val="21"/>
              </w:rPr>
              <w:t>強さ　0 ├──────┼──────┤ 100</w:t>
            </w:r>
          </w:p>
        </w:tc>
        <w:tc>
          <w:tcPr>
            <w:tcW w:type="dxa" w:w="1701"/>
          </w:tcPr>
          <w:p>
            <w:r>
              <w:rPr>
                <w:rFonts w:ascii="BIZ UDPGothic" w:hAnsi="BIZ UDPGothic" w:eastAsia="BIZ UDPGothic"/>
                <w:b w:val="0"/>
                <w:color w:val="4A5677"/>
                <w:sz w:val="17"/>
              </w:rPr>
              <w:t>数字</w:t>
            </w:r>
          </w:p>
        </w:tc>
      </w:tr>
      <w:tr>
        <w:trPr>
          <w:trHeight w:val="794" w:hRule="atLeast"/>
        </w:trPr>
        <w:tc>
          <w:tcPr>
            <w:tcW w:type="dxa" w:w="2948"/>
          </w:tcPr>
          <w:p>
            <w:r>
              <w:rPr>
                <w:rFonts w:ascii="BIZ UDPGothic" w:hAnsi="BIZ UDPGothic" w:eastAsia="BIZ UDPGothic"/>
                <w:b w:val="0"/>
                <w:color w:val="4A5677"/>
                <w:sz w:val="17"/>
              </w:rPr>
              <w:t>気持ち</w:t>
            </w:r>
          </w:p>
        </w:tc>
        <w:tc>
          <w:tcPr>
            <w:tcW w:type="dxa" w:w="5216"/>
          </w:tcPr>
          <w:p>
            <w:pPr>
              <w:spacing w:before="160"/>
            </w:pPr>
            <w:r>
              <w:rPr>
                <w:rFonts w:ascii="BIZ UDPGothic" w:hAnsi="BIZ UDPGothic" w:eastAsia="BIZ UDPGothic"/>
                <w:b w:val="0"/>
                <w:color w:val="4A5677"/>
                <w:sz w:val="21"/>
              </w:rPr>
              <w:t>強さ　0 ├──────┼──────┤ 100</w:t>
            </w:r>
          </w:p>
        </w:tc>
        <w:tc>
          <w:tcPr>
            <w:tcW w:type="dxa" w:w="1701"/>
          </w:tcPr>
          <w:p>
            <w:r>
              <w:rPr>
                <w:rFonts w:ascii="BIZ UDPGothic" w:hAnsi="BIZ UDPGothic" w:eastAsia="BIZ UDPGothic"/>
                <w:b w:val="0"/>
                <w:color w:val="4A5677"/>
                <w:sz w:val="17"/>
              </w:rPr>
              <w:t>数字</w:t>
            </w:r>
          </w:p>
        </w:tc>
      </w:tr>
      <w:tr>
        <w:trPr>
          <w:trHeight w:val="794" w:hRule="atLeast"/>
        </w:trPr>
        <w:tc>
          <w:tcPr>
            <w:tcW w:type="dxa" w:w="2948"/>
          </w:tcPr>
          <w:p>
            <w:r>
              <w:rPr>
                <w:rFonts w:ascii="BIZ UDPGothic" w:hAnsi="BIZ UDPGothic" w:eastAsia="BIZ UDPGothic"/>
                <w:b w:val="0"/>
                <w:color w:val="4A5677"/>
                <w:sz w:val="17"/>
              </w:rPr>
              <w:t>気持ち</w:t>
            </w:r>
          </w:p>
        </w:tc>
        <w:tc>
          <w:tcPr>
            <w:tcW w:type="dxa" w:w="5216"/>
          </w:tcPr>
          <w:p>
            <w:pPr>
              <w:spacing w:before="160"/>
            </w:pPr>
            <w:r>
              <w:rPr>
                <w:rFonts w:ascii="BIZ UDPGothic" w:hAnsi="BIZ UDPGothic" w:eastAsia="BIZ UDPGothic"/>
                <w:b w:val="0"/>
                <w:color w:val="4A5677"/>
                <w:sz w:val="21"/>
              </w:rPr>
              <w:t>強さ　0 ├──────┼──────┤ 100</w:t>
            </w:r>
          </w:p>
        </w:tc>
        <w:tc>
          <w:tcPr>
            <w:tcW w:type="dxa" w:w="1701"/>
          </w:tcPr>
          <w:p>
            <w:r>
              <w:rPr>
                <w:rFonts w:ascii="BIZ UDPGothic" w:hAnsi="BIZ UDPGothic" w:eastAsia="BIZ UDPGothic"/>
                <w:b w:val="0"/>
                <w:color w:val="4A5677"/>
                <w:sz w:val="17"/>
              </w:rPr>
              <w:t>数字</w:t>
            </w:r>
          </w:p>
        </w:tc>
      </w:tr>
    </w:tbl>
    <w:p>
      <w:pPr>
        <w:spacing w:before="160" w:after="60"/>
        <w:pBdr>
          <w:bottom w:val="single" w:sz="8" w:space="1" w:color="1F7A6B"/>
        </w:pBdr>
      </w:pPr>
      <w:r>
        <w:rPr>
          <w:rFonts w:ascii="BIZ UDPGothic" w:hAnsi="BIZ UDPGothic" w:eastAsia="BIZ UDPGothic"/>
          <w:b/>
          <w:color w:val="1F7A6B"/>
          <w:sz w:val="26"/>
        </w:rPr>
        <w:t xml:space="preserve">2　</w:t>
      </w:r>
      <w:r>
        <w:rPr>
          <w:rFonts w:ascii="BIZ UDPGothic" w:hAnsi="BIZ UDPGothic" w:eastAsia="BIZ UDPGothic"/>
          <w:b/>
          <w:color w:val="23305A"/>
          <w:sz w:val="26"/>
        </w:rPr>
        <w:t>今日の場面</w:t>
      </w:r>
    </w:p>
    <w:p>
      <w:pPr>
        <w:spacing w:before="0" w:after="40"/>
      </w:pPr>
      <w:r>
        <w:rPr>
          <w:rFonts w:ascii="BIZ UDPGothic" w:hAnsi="BIZ UDPGothic" w:eastAsia="BIZ UDPGothic"/>
          <w:b/>
          <w:color w:val="1F7A6B"/>
          <w:sz w:val="23"/>
        </w:rPr>
        <w:t>1日の終わり</w:t>
      </w:r>
    </w:p>
    <w:p>
      <w:pPr>
        <w:spacing w:before="0" w:after="60" w:line="380" w:lineRule="exact"/>
      </w:pPr>
      <w:r>
        <w:rPr>
          <w:rFonts w:ascii="BIZ UDPGothic" w:hAnsi="BIZ UDPGothic" w:eastAsia="BIZ UDPGothic"/>
          <w:b w:val="0"/>
          <w:color w:val="23305A"/>
          <w:sz w:val="22"/>
        </w:rPr>
        <w:t>学校から帰ると、ソラはぐったりしていました。今日は6時間、ずっと集中して先生や友だちの話を聞き取ろうとしていたからです。</w:t>
      </w:r>
    </w:p>
    <w:p>
      <w:pPr>
        <w:spacing w:before="0" w:after="60" w:line="380" w:lineRule="exact"/>
      </w:pPr>
      <w:r>
        <w:rPr>
          <w:rFonts w:ascii="BIZ UDPGothic" w:hAnsi="BIZ UDPGothic" w:eastAsia="BIZ UDPGothic"/>
          <w:b w:val="0"/>
          <w:color w:val="23305A"/>
          <w:sz w:val="22"/>
        </w:rPr>
        <w:t>今の気持ちに数字をつけると、「つかれた 80」でした。</w:t>
      </w:r>
    </w:p>
    <w:p>
      <w:pPr>
        <w:spacing w:before="0" w:after="60" w:line="380" w:lineRule="exact"/>
      </w:pPr>
      <w:r>
        <w:rPr>
          <w:rFonts w:ascii="BIZ UDPGothic" w:hAnsi="BIZ UDPGothic" w:eastAsia="BIZ UDPGothic"/>
          <w:b w:val="0"/>
          <w:color w:val="23305A"/>
          <w:sz w:val="22"/>
        </w:rPr>
        <w:t>ソラは、ネコをなでたり、温かいココアを飲んだり、好きな絵を描いたりしました。少しずつ、ほっとしてきました。</w:t>
      </w:r>
    </w:p>
    <w:p>
      <w:pPr>
        <w:spacing w:before="160" w:after="60"/>
        <w:pBdr>
          <w:bottom w:val="single" w:sz="8" w:space="1" w:color="1F7A6B"/>
        </w:pBdr>
      </w:pPr>
      <w:r>
        <w:rPr>
          <w:rFonts w:ascii="BIZ UDPGothic" w:hAnsi="BIZ UDPGothic" w:eastAsia="BIZ UDPGothic"/>
          <w:b/>
          <w:color w:val="1F7A6B"/>
          <w:sz w:val="26"/>
        </w:rPr>
        <w:t xml:space="preserve">3　</w:t>
      </w:r>
      <w:r>
        <w:rPr>
          <w:rFonts w:ascii="BIZ UDPGothic" w:hAnsi="BIZ UDPGothic" w:eastAsia="BIZ UDPGothic"/>
          <w:b/>
          <w:color w:val="23305A"/>
          <w:sz w:val="26"/>
        </w:rPr>
        <w:t>考える</w:t>
      </w:r>
    </w:p>
    <w:p>
      <w:pPr>
        <w:spacing w:before="120" w:after="40"/>
      </w:pPr>
      <w:r>
        <w:rPr>
          <w:rFonts w:ascii="BIZ UDPGothic" w:hAnsi="BIZ UDPGothic" w:eastAsia="BIZ UDPGothic"/>
          <w:b/>
          <w:color w:val="1F7A6B"/>
          <w:sz w:val="22"/>
        </w:rPr>
        <w:t xml:space="preserve">問1　</w:t>
      </w:r>
      <w:r>
        <w:rPr>
          <w:rFonts w:ascii="BIZ UDPGothic" w:hAnsi="BIZ UDPGothic" w:eastAsia="BIZ UDPGothic"/>
          <w:b w:val="0"/>
          <w:color w:val="23305A"/>
          <w:sz w:val="22"/>
        </w:rPr>
        <w:t>ソラがあんなにつかれたのは、なぜだろう？ ソラは何をして、ほっとしていた？</w:t>
      </w:r>
    </w:p>
    <w:tbl>
      <w:tblPr>
        <w:tblW w:type="auto" w:w="0"/>
        <w:jc w:val="center"/>
        <w:tblLook w:firstColumn="1" w:firstRow="1" w:lastColumn="0" w:lastRow="0" w:noHBand="0" w:noVBand="1" w:val="04A0"/>
        <w:tblBorders>
          <w:top w:val="nil"/>
          <w:left w:val="nil"/>
          <w:bottom w:val="dotted" w:sz="6" w:color="9AA6BD"/>
          <w:right w:val="nil"/>
          <w:insideH w:val="dotted" w:sz="6" w:color="9AA6BD"/>
          <w:insideV w:val="nil"/>
        </w:tblBorders>
      </w:tblPr>
      <w:tblGrid>
        <w:gridCol w:w="9866"/>
      </w:tblGrid>
      <w:tr>
        <w:trPr>
          <w:trHeight w:val="510" w:hRule="exact"/>
        </w:trPr>
        <w:tc>
          <w:tcPr>
            <w:tcW w:type="dxa" w:w="9865"/>
          </w:tcPr>
          <w:p/>
        </w:tc>
      </w:tr>
      <w:tr>
        <w:trPr>
          <w:trHeight w:val="510" w:hRule="exact"/>
        </w:trPr>
        <w:tc>
          <w:tcPr>
            <w:tcW w:type="dxa" w:w="9865"/>
          </w:tcPr>
          <w:p/>
        </w:tc>
      </w:tr>
    </w:tbl>
    <w:p>
      <w:pPr>
        <w:spacing w:before="120" w:after="40"/>
      </w:pPr>
      <w:r>
        <w:rPr>
          <w:rFonts w:ascii="BIZ UDPGothic" w:hAnsi="BIZ UDPGothic" w:eastAsia="BIZ UDPGothic"/>
          <w:b/>
          <w:color w:val="1F7A6B"/>
          <w:sz w:val="22"/>
        </w:rPr>
        <w:t xml:space="preserve">問2　</w:t>
      </w:r>
      <w:r>
        <w:rPr>
          <w:rFonts w:ascii="BIZ UDPGothic" w:hAnsi="BIZ UDPGothic" w:eastAsia="BIZ UDPGothic"/>
          <w:b w:val="0"/>
          <w:color w:val="23305A"/>
          <w:sz w:val="22"/>
        </w:rPr>
        <w:t>あなたが「ほっとする」ことを、できるだけたくさん書き出してみよう。学校でできること、家でできること、両方考えよう。これが「ほっとすることリスト」になります。</w:t>
      </w:r>
    </w:p>
    <w:tbl>
      <w:tblPr>
        <w:tblW w:type="auto" w:w="0"/>
        <w:jc w:val="center"/>
        <w:tblLook w:firstColumn="1" w:firstRow="1" w:lastColumn="0" w:lastRow="0" w:noHBand="0" w:noVBand="1" w:val="04A0"/>
        <w:tblBorders>
          <w:top w:val="nil"/>
          <w:left w:val="nil"/>
          <w:bottom w:val="dotted" w:sz="6" w:color="9AA6BD"/>
          <w:right w:val="nil"/>
          <w:insideH w:val="dotted" w:sz="6" w:color="9AA6BD"/>
          <w:insideV w:val="nil"/>
        </w:tblBorders>
      </w:tblPr>
      <w:tblGrid>
        <w:gridCol w:w="9866"/>
      </w:tblGrid>
      <w:tr>
        <w:trPr>
          <w:trHeight w:val="510" w:hRule="exact"/>
        </w:trPr>
        <w:tc>
          <w:tcPr>
            <w:tcW w:type="dxa" w:w="9865"/>
          </w:tcPr>
          <w:p/>
        </w:tc>
      </w:tr>
      <w:tr>
        <w:trPr>
          <w:trHeight w:val="510" w:hRule="exact"/>
        </w:trPr>
        <w:tc>
          <w:tcPr>
            <w:tcW w:type="dxa" w:w="9865"/>
          </w:tcPr>
          <w:p/>
        </w:tc>
      </w:tr>
      <w:tr>
        <w:trPr>
          <w:trHeight w:val="510" w:hRule="exact"/>
        </w:trPr>
        <w:tc>
          <w:tcPr>
            <w:tcW w:type="dxa" w:w="9865"/>
          </w:tcPr>
          <w:p/>
        </w:tc>
      </w:tr>
      <w:tr>
        <w:trPr>
          <w:trHeight w:val="510" w:hRule="exact"/>
        </w:trPr>
        <w:tc>
          <w:tcPr>
            <w:tcW w:type="dxa" w:w="9865"/>
          </w:tcPr>
          <w:p/>
        </w:tc>
      </w:tr>
      <w:tr>
        <w:trPr>
          <w:trHeight w:val="510" w:hRule="exact"/>
        </w:trPr>
        <w:tc>
          <w:tcPr>
            <w:tcW w:type="dxa" w:w="9865"/>
          </w:tcPr>
          <w:p/>
        </w:tc>
      </w:tr>
      <w:tr>
        <w:trPr>
          <w:trHeight w:val="510" w:hRule="exact"/>
        </w:trPr>
        <w:tc>
          <w:tcPr>
            <w:tcW w:type="dxa" w:w="9865"/>
          </w:tcPr>
          <w:p/>
        </w:tc>
      </w:tr>
    </w:tbl>
    <w:p>
      <w:r>
        <w:br w:type="page"/>
      </w:r>
    </w:p>
    <w:tbl>
      <w:tblPr>
        <w:tblW w:type="auto" w:w="0"/>
        <w:jc w:val="center"/>
        <w:tblLook w:firstColumn="1" w:firstRow="1" w:lastColumn="0" w:lastRow="0" w:noHBand="0" w:noVBand="1" w:val="04A0"/>
        <w:tblBorders>
          <w:top w:val="single" w:sz="8" w:color="1F7A6B"/>
          <w:left w:val="single" w:sz="8" w:color="1F7A6B"/>
          <w:bottom w:val="single" w:sz="8" w:color="1F7A6B"/>
          <w:right w:val="single" w:sz="8" w:color="1F7A6B"/>
          <w:insideH w:val="single" w:sz="8" w:color="1F7A6B"/>
          <w:insideV w:val="single" w:sz="8" w:color="1F7A6B"/>
        </w:tblBorders>
      </w:tblPr>
      <w:tblGrid>
        <w:gridCol w:w="9866"/>
      </w:tblGrid>
      <w:tr>
        <w:tc>
          <w:tcPr>
            <w:tcW w:type="dxa" w:w="9865"/>
            <w:shd w:val="clear" w:color="auto" w:fill="E3F1EE"/>
          </w:tcPr>
          <w:p>
            <w:r>
              <w:rPr>
                <w:rFonts w:ascii="BIZ UDPGothic" w:hAnsi="BIZ UDPGothic" w:eastAsia="BIZ UDPGothic"/>
                <w:b/>
                <w:color w:val="1F7A6B"/>
                <w:sz w:val="19"/>
              </w:rPr>
              <w:t>今日の大事なこと</w:t>
            </w:r>
          </w:p>
          <w:p>
            <w:r>
              <w:rPr>
                <w:rFonts w:ascii="BIZ UDPGothic" w:hAnsi="BIZ UDPGothic" w:eastAsia="BIZ UDPGothic"/>
                <w:b/>
                <w:color w:val="23305A"/>
                <w:sz w:val="22"/>
              </w:rPr>
              <w:t>聞き取りに集中すると、体も心もつかれる。つかれるのは、がんばった証拠（しょうこ）。</w:t>
            </w:r>
          </w:p>
          <w:p>
            <w:r>
              <w:rPr>
                <w:rFonts w:ascii="BIZ UDPGothic" w:hAnsi="BIZ UDPGothic" w:eastAsia="BIZ UDPGothic"/>
                <w:b/>
                <w:color w:val="23305A"/>
                <w:sz w:val="22"/>
              </w:rPr>
              <w:t>ほっとできることを知っておくと、つらい日に自分を助けられる。</w:t>
            </w:r>
          </w:p>
        </w:tc>
      </w:tr>
    </w:tbl>
    <w:p>
      <w:pPr>
        <w:spacing w:before="160" w:after="60"/>
        <w:pBdr>
          <w:bottom w:val="single" w:sz="8" w:space="1" w:color="1F7A6B"/>
        </w:pBdr>
      </w:pPr>
      <w:r>
        <w:rPr>
          <w:rFonts w:ascii="BIZ UDPGothic" w:hAnsi="BIZ UDPGothic" w:eastAsia="BIZ UDPGothic"/>
          <w:b/>
          <w:color w:val="1F7A6B"/>
          <w:sz w:val="26"/>
        </w:rPr>
        <w:t xml:space="preserve">4　</w:t>
      </w:r>
      <w:r>
        <w:rPr>
          <w:rFonts w:ascii="BIZ UDPGothic" w:hAnsi="BIZ UDPGothic" w:eastAsia="BIZ UDPGothic"/>
          <w:b/>
          <w:color w:val="23305A"/>
          <w:sz w:val="26"/>
        </w:rPr>
        <w:t>自分にかける一言</w:t>
      </w:r>
    </w:p>
    <w:p>
      <w:pPr>
        <w:spacing w:before="0" w:after="40"/>
      </w:pPr>
      <w:r>
        <w:rPr>
          <w:rFonts w:ascii="BIZ UDPGothic" w:hAnsi="BIZ UDPGothic" w:eastAsia="BIZ UDPGothic"/>
          <w:b w:val="0"/>
          <w:color w:val="23305A"/>
          <w:sz w:val="21"/>
        </w:rPr>
        <w:t>つかれた日の自分に、一言かけよう。</w:t>
      </w:r>
    </w:p>
    <w:p>
      <w:pPr>
        <w:spacing w:before="0" w:after="80"/>
      </w:pPr>
      <w:r>
        <w:rPr>
          <w:rFonts w:ascii="BIZ UDPGothic" w:hAnsi="BIZ UDPGothic" w:eastAsia="BIZ UDPGothic"/>
          <w:b w:val="0"/>
          <w:color w:val="4A5677"/>
          <w:sz w:val="18"/>
        </w:rPr>
        <w:t>例：今日はよくがんばった。休んでいい。　／　つかれたら、ほっとすることをしよう。　／　つかれるのは、がんばった証拠。</w:t>
      </w:r>
    </w:p>
    <w:tbl>
      <w:tblPr>
        <w:tblW w:type="auto" w:w="0"/>
        <w:jc w:val="center"/>
        <w:tblLook w:firstColumn="1" w:firstRow="1" w:lastColumn="0" w:lastRow="0" w:noHBand="0" w:noVBand="1" w:val="04A0"/>
        <w:tblBorders>
          <w:top w:val="single" w:sz="12" w:color="1F7A6B"/>
          <w:left w:val="single" w:sz="12" w:color="1F7A6B"/>
          <w:bottom w:val="single" w:sz="12" w:color="1F7A6B"/>
          <w:right w:val="single" w:sz="12" w:color="1F7A6B"/>
          <w:insideH w:val="single" w:sz="12" w:color="1F7A6B"/>
          <w:insideV w:val="single" w:sz="12" w:color="1F7A6B"/>
        </w:tblBorders>
      </w:tblPr>
      <w:tblGrid>
        <w:gridCol w:w="9866"/>
      </w:tblGrid>
      <w:tr>
        <w:trPr>
          <w:trHeight w:val="1701" w:hRule="atLeast"/>
        </w:trPr>
        <w:tc>
          <w:tcPr>
            <w:tcW w:type="dxa" w:w="9865"/>
          </w:tcPr>
          <w:p/>
        </w:tc>
      </w:tr>
    </w:tbl>
    <w:p>
      <w:pPr>
        <w:spacing w:before="160" w:after="60"/>
        <w:pBdr>
          <w:bottom w:val="single" w:sz="8" w:space="1" w:color="1F7A6B"/>
        </w:pBdr>
      </w:pPr>
      <w:r>
        <w:rPr>
          <w:rFonts w:ascii="BIZ UDPGothic" w:hAnsi="BIZ UDPGothic" w:eastAsia="BIZ UDPGothic"/>
          <w:b/>
          <w:color w:val="1F7A6B"/>
          <w:sz w:val="26"/>
        </w:rPr>
        <w:t xml:space="preserve">5　</w:t>
      </w:r>
      <w:r>
        <w:rPr>
          <w:rFonts w:ascii="BIZ UDPGothic" w:hAnsi="BIZ UDPGothic" w:eastAsia="BIZ UDPGothic"/>
          <w:b/>
          <w:color w:val="23305A"/>
          <w:sz w:val="26"/>
        </w:rPr>
        <w:t>ふりかえり</w:t>
      </w:r>
    </w:p>
    <w:p>
      <w:pPr>
        <w:spacing w:before="0" w:after="40"/>
      </w:pPr>
      <w:r>
        <w:rPr>
          <w:rFonts w:ascii="BIZ UDPGothic" w:hAnsi="BIZ UDPGothic" w:eastAsia="BIZ UDPGothic"/>
          <w:b w:val="0"/>
          <w:color w:val="23305A"/>
          <w:sz w:val="20"/>
        </w:rPr>
        <w:t>終わりの今の気持ち。最初とくらべて、気持ちや数字は変わったかな。</w:t>
      </w:r>
    </w:p>
    <w:tbl>
      <w:tblPr>
        <w:tblW w:type="auto" w:w="0"/>
        <w:jc w:val="center"/>
        <w:tblLook w:firstColumn="1" w:firstRow="1" w:lastColumn="0" w:lastRow="0" w:noHBand="0" w:noVBand="1" w:val="04A0"/>
        <w:tblBorders>
          <w:top w:val="single" w:sz="6" w:color="9AA6BD"/>
          <w:left w:val="single" w:sz="6" w:color="9AA6BD"/>
          <w:bottom w:val="single" w:sz="6" w:color="9AA6BD"/>
          <w:right w:val="single" w:sz="6" w:color="9AA6BD"/>
          <w:insideH w:val="single" w:sz="6" w:color="9AA6BD"/>
          <w:insideV w:val="single" w:sz="6" w:color="9AA6BD"/>
        </w:tblBorders>
      </w:tblPr>
      <w:tblGrid>
        <w:gridCol w:w="3289"/>
        <w:gridCol w:w="3289"/>
        <w:gridCol w:w="3289"/>
      </w:tblGrid>
      <w:tr>
        <w:trPr>
          <w:trHeight w:val="794" w:hRule="atLeast"/>
        </w:trPr>
        <w:tc>
          <w:tcPr>
            <w:tcW w:type="dxa" w:w="2948"/>
          </w:tcPr>
          <w:p>
            <w:r>
              <w:rPr>
                <w:rFonts w:ascii="BIZ UDPGothic" w:hAnsi="BIZ UDPGothic" w:eastAsia="BIZ UDPGothic"/>
                <w:b w:val="0"/>
                <w:color w:val="4A5677"/>
                <w:sz w:val="17"/>
              </w:rPr>
              <w:t>気持ち</w:t>
            </w:r>
          </w:p>
        </w:tc>
        <w:tc>
          <w:tcPr>
            <w:tcW w:type="dxa" w:w="5216"/>
          </w:tcPr>
          <w:p>
            <w:pPr>
              <w:spacing w:before="160"/>
            </w:pPr>
            <w:r>
              <w:rPr>
                <w:rFonts w:ascii="BIZ UDPGothic" w:hAnsi="BIZ UDPGothic" w:eastAsia="BIZ UDPGothic"/>
                <w:b w:val="0"/>
                <w:color w:val="4A5677"/>
                <w:sz w:val="21"/>
              </w:rPr>
              <w:t>強さ　0 ├──────┼──────┤ 100</w:t>
            </w:r>
          </w:p>
        </w:tc>
        <w:tc>
          <w:tcPr>
            <w:tcW w:type="dxa" w:w="1701"/>
          </w:tcPr>
          <w:p>
            <w:r>
              <w:rPr>
                <w:rFonts w:ascii="BIZ UDPGothic" w:hAnsi="BIZ UDPGothic" w:eastAsia="BIZ UDPGothic"/>
                <w:b w:val="0"/>
                <w:color w:val="4A5677"/>
                <w:sz w:val="17"/>
              </w:rPr>
              <w:t>数字</w:t>
            </w:r>
          </w:p>
        </w:tc>
      </w:tr>
      <w:tr>
        <w:trPr>
          <w:trHeight w:val="794" w:hRule="atLeast"/>
        </w:trPr>
        <w:tc>
          <w:tcPr>
            <w:tcW w:type="dxa" w:w="2948"/>
          </w:tcPr>
          <w:p>
            <w:r>
              <w:rPr>
                <w:rFonts w:ascii="BIZ UDPGothic" w:hAnsi="BIZ UDPGothic" w:eastAsia="BIZ UDPGothic"/>
                <w:b w:val="0"/>
                <w:color w:val="4A5677"/>
                <w:sz w:val="17"/>
              </w:rPr>
              <w:t>気持ち</w:t>
            </w:r>
          </w:p>
        </w:tc>
        <w:tc>
          <w:tcPr>
            <w:tcW w:type="dxa" w:w="5216"/>
          </w:tcPr>
          <w:p>
            <w:pPr>
              <w:spacing w:before="160"/>
            </w:pPr>
            <w:r>
              <w:rPr>
                <w:rFonts w:ascii="BIZ UDPGothic" w:hAnsi="BIZ UDPGothic" w:eastAsia="BIZ UDPGothic"/>
                <w:b w:val="0"/>
                <w:color w:val="4A5677"/>
                <w:sz w:val="21"/>
              </w:rPr>
              <w:t>強さ　0 ├──────┼──────┤ 100</w:t>
            </w:r>
          </w:p>
        </w:tc>
        <w:tc>
          <w:tcPr>
            <w:tcW w:type="dxa" w:w="1701"/>
          </w:tcPr>
          <w:p>
            <w:r>
              <w:rPr>
                <w:rFonts w:ascii="BIZ UDPGothic" w:hAnsi="BIZ UDPGothic" w:eastAsia="BIZ UDPGothic"/>
                <w:b w:val="0"/>
                <w:color w:val="4A5677"/>
                <w:sz w:val="17"/>
              </w:rPr>
              <w:t>数字</w:t>
            </w:r>
          </w:p>
        </w:tc>
      </w:tr>
      <w:tr>
        <w:trPr>
          <w:trHeight w:val="794" w:hRule="atLeast"/>
        </w:trPr>
        <w:tc>
          <w:tcPr>
            <w:tcW w:type="dxa" w:w="2948"/>
          </w:tcPr>
          <w:p>
            <w:r>
              <w:rPr>
                <w:rFonts w:ascii="BIZ UDPGothic" w:hAnsi="BIZ UDPGothic" w:eastAsia="BIZ UDPGothic"/>
                <w:b w:val="0"/>
                <w:color w:val="4A5677"/>
                <w:sz w:val="17"/>
              </w:rPr>
              <w:t>気持ち</w:t>
            </w:r>
          </w:p>
        </w:tc>
        <w:tc>
          <w:tcPr>
            <w:tcW w:type="dxa" w:w="5216"/>
          </w:tcPr>
          <w:p>
            <w:pPr>
              <w:spacing w:before="160"/>
            </w:pPr>
            <w:r>
              <w:rPr>
                <w:rFonts w:ascii="BIZ UDPGothic" w:hAnsi="BIZ UDPGothic" w:eastAsia="BIZ UDPGothic"/>
                <w:b w:val="0"/>
                <w:color w:val="4A5677"/>
                <w:sz w:val="21"/>
              </w:rPr>
              <w:t>強さ　0 ├──────┼──────┤ 100</w:t>
            </w:r>
          </w:p>
        </w:tc>
        <w:tc>
          <w:tcPr>
            <w:tcW w:type="dxa" w:w="1701"/>
          </w:tcPr>
          <w:p>
            <w:r>
              <w:rPr>
                <w:rFonts w:ascii="BIZ UDPGothic" w:hAnsi="BIZ UDPGothic" w:eastAsia="BIZ UDPGothic"/>
                <w:b w:val="0"/>
                <w:color w:val="4A5677"/>
                <w:sz w:val="17"/>
              </w:rPr>
              <w:t>数字</w:t>
            </w:r>
          </w:p>
        </w:tc>
      </w:tr>
    </w:tbl>
    <w:p>
      <w:pPr>
        <w:spacing w:before="120" w:after="40"/>
      </w:pPr>
      <w:r>
        <w:rPr>
          <w:rFonts w:ascii="BIZ UDPGothic" w:hAnsi="BIZ UDPGothic" w:eastAsia="BIZ UDPGothic"/>
          <w:b w:val="0"/>
          <w:color w:val="23305A"/>
          <w:sz w:val="20"/>
        </w:rPr>
        <w:t>今日、気づいたこと・心に残ったこと</w:t>
      </w:r>
    </w:p>
    <w:tbl>
      <w:tblPr>
        <w:tblW w:type="auto" w:w="0"/>
        <w:jc w:val="center"/>
        <w:tblLook w:firstColumn="1" w:firstRow="1" w:lastColumn="0" w:lastRow="0" w:noHBand="0" w:noVBand="1" w:val="04A0"/>
        <w:tblBorders>
          <w:top w:val="nil"/>
          <w:left w:val="nil"/>
          <w:bottom w:val="dotted" w:sz="6" w:color="9AA6BD"/>
          <w:right w:val="nil"/>
          <w:insideH w:val="dotted" w:sz="6" w:color="9AA6BD"/>
          <w:insideV w:val="nil"/>
        </w:tblBorders>
      </w:tblPr>
      <w:tblGrid>
        <w:gridCol w:w="9866"/>
      </w:tblGrid>
      <w:tr>
        <w:trPr>
          <w:trHeight w:val="510" w:hRule="exact"/>
        </w:trPr>
        <w:tc>
          <w:tcPr>
            <w:tcW w:type="dxa" w:w="9865"/>
          </w:tcPr>
          <w:p/>
        </w:tc>
      </w:tr>
      <w:tr>
        <w:trPr>
          <w:trHeight w:val="510" w:hRule="exact"/>
        </w:trPr>
        <w:tc>
          <w:tcPr>
            <w:tcW w:type="dxa" w:w="9865"/>
          </w:tcPr>
          <w:p/>
        </w:tc>
      </w:tr>
      <w:tr>
        <w:trPr>
          <w:trHeight w:val="510" w:hRule="exact"/>
        </w:trPr>
        <w:tc>
          <w:tcPr>
            <w:tcW w:type="dxa" w:w="9865"/>
          </w:tcPr>
          <w:p/>
        </w:tc>
      </w:tr>
    </w:tbl>
    <w:p>
      <w:pPr>
        <w:spacing w:before="160" w:after="40"/>
      </w:pPr>
      <w:r>
        <w:rPr>
          <w:rFonts w:ascii="BIZ UDPGothic" w:hAnsi="BIZ UDPGothic" w:eastAsia="BIZ UDPGothic"/>
          <w:b/>
          <w:color w:val="4A5677"/>
          <w:sz w:val="20"/>
        </w:rPr>
        <w:t>先生から</w:t>
      </w:r>
    </w:p>
    <w:tbl>
      <w:tblPr>
        <w:tblW w:type="auto" w:w="0"/>
        <w:jc w:val="center"/>
        <w:tblLook w:firstColumn="1" w:firstRow="1" w:lastColumn="0" w:lastRow="0" w:noHBand="0" w:noVBand="1" w:val="04A0"/>
        <w:tblBorders>
          <w:top w:val="single" w:sz="6" w:color="9AA6BD"/>
          <w:left w:val="single" w:sz="6" w:color="9AA6BD"/>
          <w:bottom w:val="single" w:sz="6" w:color="9AA6BD"/>
          <w:right w:val="single" w:sz="6" w:color="9AA6BD"/>
          <w:insideH w:val="single" w:sz="6" w:color="9AA6BD"/>
          <w:insideV w:val="single" w:sz="6" w:color="9AA6BD"/>
        </w:tblBorders>
      </w:tblPr>
      <w:tblGrid>
        <w:gridCol w:w="9866"/>
      </w:tblGrid>
      <w:tr>
        <w:trPr>
          <w:trHeight w:val="1134" w:hRule="atLeast"/>
        </w:trPr>
        <w:tc>
          <w:tcPr>
            <w:tcW w:type="dxa" w:w="9865"/>
          </w:tcPr>
          <w:p/>
        </w:tc>
      </w:tr>
    </w:tbl>
    <w:p>
      <w:pPr>
        <w:spacing w:before="160" w:after="40"/>
        <w:jc w:val="center"/>
      </w:pPr>
      <w:r>
        <w:rPr>
          <w:rFonts w:ascii="BIZ UDPGothic" w:hAnsi="BIZ UDPGothic" w:eastAsia="BIZ UDPGothic"/>
          <w:b/>
          <w:color w:val="4A5677"/>
          <w:sz w:val="18"/>
        </w:rPr>
        <w:t>聞こえないのは、自分のせいではない。　配慮をお願いするのは、自分を守るやさしさ。</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BIZ UDPGothic" w:hAnsi="BIZ UDPGothic" w:eastAsia="BIZ UDP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