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第8回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聞き返せなかったとき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朝の会の連絡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朝の会で、担任の先生が明日の持ち物を伝えました。ソラはよく聞き取れませんでした。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でも、みんなの前で聞き返すのがはずかしくて、そのままにしてしまいました。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次の日、体育があるのに、ソラだけ体操服を持ってきていませんでした。ソラは思いました。「聞き返せなかった自分が悪い。」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ソラが聞き返せなかったのは、なぜだと思う？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聞き返せなかった日のソラに、どんな言葉をかけたい？ そして、次はどんな方法で確かめられそう？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聞き返せない日があってもいい。はずかしい気持ちは、だれにでもある。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確かめる方法は1つじゃない。あとで先生に聞く、紙に書いてもらう、友だちに確かめる。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聞き返せなかった日のあとも、また次にお願いすればいい。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聞き返せなかった日の自分に、一言かけよう。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例：はずかしかったんだよね。それでいい。　／　その場で聞けなくても、あとで確かめればいい。　／　次は、別の方法でやってみよう。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