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第7回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うまくいかなかった日の心の声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数学の小テスト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数学の小テストが返ってきました。ソラは見直しもしたのに、計算ミスで点を落としていました。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ソラは心の中で言いました。「なんでいつもこうなんだ。何をやっても、全部だめだ。」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でも、よく見ると、解き方はほとんど合っていました。まちがえたのは、最後のたし算1か所だけでした。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ソラの心の声の中で、「言いすぎ」になっている言葉はどれだろう？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言いすぎを直して、本当のことだけを言うとしたら、どんな言葉になる？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失敗したとき、心の声は「いつも」「全部」と大げさになりやすい。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本当のことだけに言いなおすと、気持ちが少し落ちつく。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うまくいかなかった日の自分に、本当のことだけを使って一言かけよう。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例：今回は、計算ミスが1つあった。それだけ。　／　解き方は合っていた。次はもう一回たしかめよう。　／　「いつも」じゃない。今日はたまたま。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