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1年目 第6回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気持ちはいくつも同時にある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体育祭の前の日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明日は体育祭。ソラはリレーの選手に選ばれました。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走るのは好きなので、わくわくしています。でも、スタートの合図の音が聞き取れるか、少し不安です。去年は合図に気づくのがおくれて、スタートで出おくれてしまいました。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友だちに「明日、楽しみだね」と言われて、ソラはうなずきました。でも、心の中にあるのは、「楽しみ」だけではありませんでした。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ソラの心の中にある気持ちを3つまで選んで、それぞれの強さを数字で表してみよう。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「楽しみ」と「不安」が同時にあるのは、おかしいことかな？ そう思う理由も考えよう。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気持ちは1つだけとは限らない。いくつも同時にあっていい。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強い気持ちも、弱い気持ちもある。数字にすると、それが見える。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いくつもの気持ちがある自分に、一言かけよう。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例：わくわくも、不安も、両方あっていい。　／　不安があっても、楽しみな気持ちは消えない。　／　どっちの気持ちも、自分の気持ち。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