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1年目 第2回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自分を責める声に気づく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今の気持ちに近い言葉を2つまで選び、強さを0〜100の数字で書こう。線の上に印をつけてもいいよ。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ソラと班の話し合い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理科の時間、班で実験の進め方を話し合っていました。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4人が次々に話すので、ソラは、だれが何を言ったのか追いつけません。聞き返そうか迷っているうちに、話は決まってしまいました。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ソラは心の中で、自分にこう言っていました。「どうしてちゃんと聞けないんだろう。聞こえない自分が悪い。みんなに迷惑（めいわく）をかけてる。」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ソラが心の中で自分に言っていた言葉を、もう一度読んでみよう。この言葉は、ソラにやさしい？ それとも、きびしい？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もし友だちが同じことで落ちこんでいたら、あなたはその友だちに何と言う？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心の中で自分をきびしく責める言葉を、「責める声」とよぶ。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友だちにかけるやさしい言葉は、自分にもかけていい。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4人がいっぺんに話したら、聞き取れないのはあたりまえ。ソラのせいではない。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友だちにかけるような言葉を、ソラにかけてあげよう。それは、自分にもかけていい言葉です。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例：4人がいっぺんに話したら、だれだって追いつけないよ。　／　聞き返そうとしたこと、ちゃんと分かってるよ。　／　迷惑（めいわく）なんかじゃない。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70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1134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